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הטכניקות הנפוצות ליצירת ידיעות מזויפות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טכניקות הטעיה בטקסט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לתרגל זאת רק בכיתה ולא להפיץ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תמונה מאירוע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ליצור לחץ שימנע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 אפשר לבדוק אם הוא קיים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הטעיה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אמינות בלי אחריות על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הפייקים נשארים בכיתה בלבד ומסומנים כתרגיל, כדי לא להטעות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לבחור נושא תמים ולא לעסוק באנשים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הטכניקות המופיעות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מומלץ לבחור 2-3 טכניקות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(המועצה החליטה לבטל את כל ההפסקות החל ממחר)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בכיר במערכת החינוך שלא רצה להזדהות מסר)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מטיול משנה שעברה מוצגת כטיול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(תשעים אחוז מהתלמידים כבר נגד ההחלטה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(כתובת אתר דומה לאתר בית הספר אך עם שגיאת כתיב)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בניית התרגיל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בזוג נושא תמים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יחד 2-3 טכניקות הטעיה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כותרת מזויפת ומקור מומצא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את הפוסט המלא עם הטכניקות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מעבירים לזוג אחר שמנסה לחשוף אילו טכניקות שימשו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שמשלבת למשל כותרת מפחידה ומקור אנונימי או מספר מוגזם, עם הסבר קצר של הטכניקות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להטעות אנשים שלא יודעים שמדובר בתרגיל, ולשמור על אמון ואחריות בשימוש במידע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טכניקות מהרשימה כמו כותרת מפחידה, מקור אנונימי, תמונה מאירוע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אמין ניתן לבדיקה ומזוהה, מקור אנונימי לא ניתן לאימות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להטעות אנשים אמיתיים שלא יודעים שזה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לפני התרגיל שהנושא חייב להיות תמים ולא לעסוק באנשים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זוג כותב בבירור תרגיל על הדף או במחברת כדי שלא יישלח בטעות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בדיון כיתתי: אילו טכניקות היו הכי קשות לזיהוי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בונים ידיעה מזויפת כדי להבין טוב יותר איך לזהות אותה. התרגול נעשה על נושאים תמימים מבית הספר, בלי לפגוע באף אחד, והפייקים נשארים בכיתה בלבד.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טכניקה משתמשת בתמונה שלא קשורה לאירוע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מוגזם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מפחידה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המשפט תעבירו מהר לפני שימחקו?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זמן לבדוק את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לחץ שימנע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את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הבעיה במקור אנונימי בידיעה?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אמין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לבדוק אם הוא קיים ואמין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מדען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מופיע בכל הידיעות האמיתיות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ידיעה ישנה שמוצגת כאילו היא חדשה נקראת גם: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עדכון שוטף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הטעיה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אתר מתחזה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מומחה 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השימוש בביטוי מומחים אומרים בלי לציין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אמינות בלי אחריות על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מי כתב את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מקור 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מקום בכותרת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להפיץ את הפייק שיצרנו בכיתה ברשתות החברתיות כדי לבדוק אם אנשים יאמינו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התרגיל היא להבין את הטריקים של פייק ניוז ולא להפיץ מידע שקרי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נושא לידיעה המזויפת שעוסק באדם אמיתי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מוגזם בלי מקור הוא אחת מטכניקות ההטעיה האפשריות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פייק משכנע צריך לבחור לפחות חמש טכניקות הטעיה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כותרת __________ נועדה לעורר פחד או כעס כדי שיקראו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מקור __________ הוא מקור שלא ניתן לבדוק מי הוא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שימוש בתמונה מאירוע __________ יכול לבלבל את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תעבירו מהר לפני ש__________ יוצר תחושת דחיפות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אתר __________ נראה כמו אתר אמיתי אבל הוא מזויף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תשעים אחוז מהתלמידים כבר נגד ההחלטה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כתובת אתר דומה לאתר בית הספר אך עם שגיאת 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בכיר במערכת החינוך שלא רצה להזדהות מסר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מטיול משנה שעברה מוצגת כטיול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אתר מתחזה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המועצה החליטה לבטל את כל ההפסקות החל ממחר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בניית התרגיל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לזוג אחר שמנסה לחשוף אילו טכניקות שימשו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בזוג נושא תמים מבית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את הפוסט המלא עם הטכניקות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יחד 2-3 טכניקות הטעיה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כותרת מזויפת ומקור מומצא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תמים מהרשימה בדף (למשל הקפיטריה או ההסעות) וכתבו כותרת מזויפת קצרה המשתמשת בשתי טכניקות הטעיה לפחות. ציינו אילו טכניקות השתמשתם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שהפייקים שנוצרים בתרגיל יישארו בכיתה בלבד ולא יופצו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טכניקות הטעיה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אנונימי למקור אמין וידוע?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להפיץ את הפייק שיצרנו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פייק – וחשפו אותו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