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פייק – וחשפו אותו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הטכניקות הנפוצות ליצירת ידיעות מזויפות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טכניקות הטעיה בטקסט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לתרגל זאת רק בכיתה ולא להפיץ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טכניקות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תמונה מאירוע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ליצור לחץ שימנע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הפייקים נשארים בכיתה בלבד ומסומנים כתרגיל, כדי לא להטעות אנשים אמיתיים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לבחור נושא תמים ולא לעסוק באנשים אמיתיים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אנונימי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טכניקה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(המועצה החליטה לבטל את כל ההפסקות החל ממחר)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(גורם בכיר במערכת החינוך שלא רצה להזדהות מסר)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(תמונה מטיול משנה שעברה מוצגת כטיול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(תשעים אחוז מהתלמידים כבר נגד ההחלטה החדשה)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שלבי בניית התרגיל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בזוג נושא תמים מבית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יחד 2-3 טכניקות הטעיה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כותרת מזויפת ומקור מומצא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יוצרים את הפוסט המלא עם הטכניקות שנבחרו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 להטעות אנשים שלא יודעים שמדובר בתרגיל, ולשמור על אמון ואחריות בשימוש במידע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טכניקות מהרשימה כמו כותרת מפחידה, מקור אנונימי, תמונה מאירוע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אמין ניתן לבדיקה ומזוהה, מקור אנונימי לא ניתן לאימות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עלול להטעות אנשים אמיתיים שלא יודעים שזה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לפני התרגיל שהנושא חייב להיות תמים ולא לעסוק באנשים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זוג כותב בבירור תרגיל על הדף או במחברת כדי שלא יישלח בטעות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להרחיב בדיון כיתתי: אילו טכניקות היו הכי קשות לזיהוי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פייק – וחשפו אותו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איך בונים ידיעה מזויפת כדי להבין טוב יותר איך לזהות אותה. התרגול נעשה על נושאים תמימים מבית הספר, בלי לפגוע באף אחד, והפייקים נשארים בכיתה בלבד.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אחר  ·  אנונימי  ·  מפחידה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טכניקות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טכניקה משתמשת בתמונה שלא קשורה לאירוע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מקור אנונימי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תמונה מאירוע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מוגזם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המשפט תעבירו מהר לפני שימחקו?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זמן לבדוק את המידע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ליצור לחץ שימנע 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להסביר את המקור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להפיץ את הפייק שיצרנו בכיתה ברשתות החברתיות כדי לבדוק אם אנשים יאמינו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מטרת התרגיל היא להבין את הטריקים של פייק ניוז ולא להפיץ מידע שקרי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נושא לידיעה המזויפת שעוסק באדם אמיתי מהכיתה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כותרת __________ נועדה לעורר פחד או כעס כדי שיקראו את הידיעה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מקור __________ הוא מקור שלא ניתן לבדוק מי הוא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שימוש בתמונה מאירוע __________ יכול לבלבל את הקוראים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טכניקה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גורם בכיר במערכת החינוך שלא רצה להזדהות מסר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 אנונימי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תשעים אחוז מהתלמידים כבר נגד ההחלטה החדשה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תמונה מאירוע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המועצה החליטה לבטל את כל ההפסקות החל ממחר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תמונה מטיול משנה שעברה מוצגת כטיול השנה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שלבי בניית התרגיל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כותרת מזויפת ומקור מומצא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יוצרים את הפוסט המלא עם הטכניקות שנבחרו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בזוג נושא תמים מבית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יחד 2-3 טכניקות הטעיה מהרשימה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שהפייקים שנוצרים בתרגיל יישארו בכיתה בלבד ולא יופצו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טכניקות הטעיה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מקור אנונימי למקור אמין וידוע?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פייק – וחשפו אותו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